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התקציב שלי - שיטת 50/30/20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שיטת החלוקה 50/30/20 לתקציב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להבדיל בין צרכים לרצונות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אחוזים מתוך הכנסה חודשית ולבנות תוכנית 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20%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הקטגוריה הגדולה ביותר היא הצרכים - 50%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הוצאה לא הכרחית ברוב המקרים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אפשר לצמצם הוצאות או להגדיל הכנסה כדי להגיע ל-20%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הקטגוריה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(כרטיס אוטובוס לבית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(משחק מחשב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(כסף שנשמר לקראת רכישה עתידית)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(מחברות וציוד לימודי)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בניית תוכנית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מטרה ברורה וריאלית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המבוססת על חישוב סכום חלקי חיסכון חודשי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חישוב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צרכים: 250 שקל, רצונות: 150 שקל, חיסכון: 100 שקל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50% צרכים, 30% רצונות, 20% 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תקינות לצורך ולרצון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מטרה, זמן להשגתה, והוצאה לצמצום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במחשבון כיתתי לתרגול חישובי האחוזים בזמן 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לבקש מהתלמידים לחשוב על הכנסה חודשית אמיתית שלהם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בכיתה של מטרות חיסכון ללא לחץ חברתי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התקציב שלי - שיטת 50/30/20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איך מחלקים הכנסה חודשית לשלוש קטגוריות: צרכים, רצונות וחיסכון, לפי שיטת 50/30/20.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חיסכון  ·  צרכים  ·  רצונות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שיטת 50/30/20, כמה אחוז מההכנסה מיועד לצרכים?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אחוז מההכנסה מיועד לחיסכון לפי השיטה?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30%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בשיטת 50/30/20 הקטגוריה הגדולה ביותר היא החיסכון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קניית בגדי אופנה חדשים נחשבת בדרך כלל ל'רצון'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חוסכים רק 10% במקום 20%, עדיין אפשר לשפר ולהתקרב ליעד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בשיטת 50/30/20, 60 אחוז מההכנסה מיועדים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דברים כמו בילויים ומשחקים נחשבים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כסף ששומרים ולא מוציאים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הקטגוריה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משחק מחשב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רצונות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כרטיס אוטובוס לבית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מחברות וציוד לימודי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כסף שנשמר לקראת רכישה עתידית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בניית תוכנית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מטרת חיסכון אחת שהייתם רוצים להגיע אליה (לדוגמה: קניית משהו ספציפי)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תוך כמה חודשים הייתם רוצים להגיע למטרת החיסכון שלכם? הסבירו איך חישבתם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תרגול חישוב 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אם ההכנסה החודשית היא 500 שקל, כמה שקלים ילכו לכל קטגוריה לפי 50/30/20?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האחוזים בשיטת 50/30/20?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לצורך ודוגמה אחת לרצון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התקציב שלי - שיטת 50/30/20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