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התקציב שלי - שיטת 50/30/20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החלוקה 50/30/20 לתקציב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להבדיל בין צרכים לרצונות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אחוזים מתוך הכנסה חודשית ולבנות תוכנית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בילוי עם חברים בקולנוע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120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לדעת לאן הולך הכסף ולתכנן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הקטגוריה הגדולה ביותר היא הצרכים - 50%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הוצאה לא הכרחית ברוב המקרים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לצמצם הוצאות או להגדיל הכנסה כדי להגיע ל-20%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תחבורה הכרחית נחשבת לצורך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לצמצם הוצאות ולשפר את אחוז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הקטגוריה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(כרטיס אוטובוס לבית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(משחק מחשב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(כסף שנשמר לקראת רכישה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(מחברות וציוד לימודי)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(יציאה לפיצה עם 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תוכנית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מטרה ברורה וריאלית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המבוססת על חישוב סכום חלקי חיסכון חודשי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הנמקה - הוצאה שאינה הכרחית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חישוב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צרכים: 250 שקל, רצונות: 150 שקל, חיסכון: 100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 הוא הכרחי לקיום, רצון הוא לא הכרחי אך נעים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50% צרכים, 30% רצונות, 20%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לצורך ולרצון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זמן להשגתה, והוצאה לצמצום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במחשבון כיתתי לתרגול חישובי האחוזים בזמן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לחשוב על הכנסה חודשית אמיתית שלהם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בכיתה של מטרות חיסכון ללא לחץ חברתי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התקציב שלי - שיטת 50/30/20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לחלק כסף שמקבלים כל חודש לשלושה חלקים: דברים הכרחיים, דברים שרוצים, וחיסכון.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כמה כסף נכנס וכמה 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 חודשית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הכסף שמקבלים בחודש - דמי כיס, עבודה, מתנות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הוצאות הכרחיות כמו תחבורה, ציוד,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הוצאות לא הכרחיות כמו בילויים ואופנה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50/30/20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של 50% צרכים, 30% רצונות, 20% חיסכון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יחסי מתוך סכום שלם, למשל 10% מ-100 שקל זה 10 שקל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 הולך לדברים הכרחיים?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 הולך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הוצאה היא לא הכרחית?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תחבורה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ציוד לימודי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בילוי עם חברים בקולנוע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בסיסי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זה 30% מ-400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בכלל בונים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להוציא את כל הכסף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לאן הולך הכסף ולתכנן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להימנע מכל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יותר דמי כיס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50/30/20 הקטגוריה הגדולה ביותר היא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בגדי אופנה חדשים נחשבת בדרך כלל ל'רצון'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חוסכים רק 10% במקום 20%, עדיין אפשר לשפר ולהתקרב ליעד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תחבורה לבית הספר נחשבת 'רצון' ולא 'צורך'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לשנות את החלוקה בתקציב אישי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50/30/20, 60 אחוז מההכנסה מיועדים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דברים כמו בילויים ומשחקים נחשבים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ששומרים ולא מוציאים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ההכנסה היא 400 שקל ורוצים לחסוך 20%, צריך לחסוך __________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הכסף שמקבלים בחודש - דמי כיס, עבודה ומתנות - נקרא __________ חודשית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הקטגוריה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יציאה לפיצה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שנשמר לקראת רכישה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אוטובוס לבית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משחק מחשב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מחברות וציוד לימודי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תוכנית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מטרת חיסכון אחת שהייתם רוצים להגיע אליה (לדוגמה: קניית משהו ספציפי)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תוך כמה חודשים הייתם רוצים להגיע למטרת החיסכון שלכם?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הוצאה אחת ברשימת ה'רצונות' שלכם שאפשר לצמצם בלי שזה יפגע בכם. 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חישוב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ההכנסה החודשית היא 500 שקל, כמה שקלים ילכו לכל קטגוריה לפי 50/30/20?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'צורך' ל'רצון'? 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האחוזים בשיטת 50/30/20?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בתוכנית חיסכון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התקציב שלי - שיטת 50/30/20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